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83680" cy="33247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10-13 at 2.10.35 PM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32475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